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8719B"/>
          <w:sz w:val="32"/>
        </w:rPr>
        <w:t>CYBERSIDE.AI</w:t>
      </w:r>
    </w:p>
    <w:p>
      <w:pPr>
        <w:jc w:val="center"/>
      </w:pPr>
      <w:r>
        <w:rPr>
          <w:b/>
          <w:color w:val="5D697B"/>
          <w:sz w:val="16"/>
        </w:rPr>
        <w:t>THE PRACTICAL AI COMMAND CENTER</w:t>
      </w:r>
    </w:p>
    <w:p/>
    <w:p>
      <w:pPr>
        <w:pStyle w:val="Title"/>
        <w:jc w:val="center"/>
      </w:pPr>
      <w:r>
        <w:t>AI Starter Kit for Job Seekers</w:t>
      </w:r>
    </w:p>
    <w:p>
      <w:pPr>
        <w:jc w:val="center"/>
      </w:pPr>
      <w:r>
        <w:rPr>
          <w:i/>
          <w:color w:val="3F4C5E"/>
          <w:sz w:val="24"/>
        </w:rPr>
        <w:t>Land a stronger next opportunity without turning your resume into science fiction.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8F7FC"/>
          </w:tcPr>
          <w:p>
            <w:r>
              <w:t>START SMALL: Choose one real, low-risk task. Use AI to create a first draft, review it carefully, and save the version that works. You remain the final decision-maker.</w:t>
            </w:r>
          </w:p>
        </w:tc>
      </w:tr>
    </w:tbl>
    <w:p>
      <w:pPr>
        <w:pStyle w:val="Heading1"/>
      </w:pPr>
      <w:r>
        <w:t>Your first-week mission</w:t>
      </w:r>
    </w:p>
    <w:p>
      <w:pPr>
        <w:pStyle w:val="ListBullet"/>
      </w:pPr>
      <w:r>
        <w:t>Choose 3 target roles that are a genuine fit.</w:t>
      </w:r>
    </w:p>
    <w:p>
      <w:pPr>
        <w:pStyle w:val="ListBullet"/>
      </w:pPr>
      <w:r>
        <w:t>Create a master resume with only verified accomplishments.</w:t>
      </w:r>
    </w:p>
    <w:p>
      <w:pPr>
        <w:pStyle w:val="ListBullet"/>
      </w:pPr>
      <w:r>
        <w:t>Use AI to tailor a version for each role, then personally verify every line.</w:t>
      </w:r>
    </w:p>
    <w:p>
      <w:pPr>
        <w:pStyle w:val="ListBullet"/>
      </w:pPr>
      <w:r>
        <w:t>Practice answers to five likely interview questions.</w:t>
      </w:r>
    </w:p>
    <w:p>
      <w:pPr>
        <w:pStyle w:val="Heading1"/>
      </w:pPr>
      <w:r>
        <w:t>A simple starting stack</w:t>
      </w:r>
    </w:p>
    <w:p>
      <w:pPr>
        <w:pStyle w:val="ListBullet"/>
      </w:pPr>
      <w:r>
        <w:t>ChatGPT or Claude: drafting, tailoring, interview practice, and planning.</w:t>
      </w:r>
    </w:p>
    <w:p>
      <w:pPr>
        <w:pStyle w:val="ListBullet"/>
      </w:pPr>
      <w:r>
        <w:t>Perplexity: research employers, roles, industries, and recent news with sources to inspect.</w:t>
      </w:r>
    </w:p>
    <w:p>
      <w:pPr>
        <w:pStyle w:val="ListBullet"/>
      </w:pPr>
      <w:r>
        <w:t>A word processor or approved workplace tool: final editing and version control.</w:t>
      </w:r>
    </w:p>
    <w:p>
      <w:pPr>
        <w:pStyle w:val="Heading1"/>
      </w:pPr>
      <w:r>
        <w:t>Copy-ready prompts</w:t>
      </w:r>
    </w:p>
    <w:p>
      <w:r>
        <w:rPr>
          <w:b/>
        </w:rPr>
        <w:t xml:space="preserve">Resume tailoring: </w:t>
      </w:r>
      <w:r>
        <w:t>“Using this job description and my true experience, identify the strongest matches and produce a concise resume summary. Do not invent any fact, credential, title, date, or metric. Flag gaps honestly.”</w:t>
      </w:r>
    </w:p>
    <w:p>
      <w:r>
        <w:rPr>
          <w:b/>
        </w:rPr>
        <w:t xml:space="preserve">Interview practice: </w:t>
      </w:r>
      <w:r>
        <w:t>“Act as an interviewer for [ROLE]. Ask one question at a time, wait for my answer, then give clear feedback on substance, structure, and specificity. Do not rewrite my experience as something untrue.”</w:t>
      </w:r>
    </w:p>
    <w:p>
      <w:r>
        <w:rPr>
          <w:b/>
        </w:rPr>
        <w:t xml:space="preserve">Networking note: </w:t>
      </w:r>
      <w:r>
        <w:t>“Draft a warm, concise networking message to [PERSON] about [TOPIC]. Keep it under 120 words and avoid exaggerated claims.”</w:t>
      </w:r>
    </w:p>
    <w:p>
      <w:pPr>
        <w:pStyle w:val="Heading1"/>
      </w:pPr>
      <w:r>
        <w:t>Safety and honesty checklist</w:t>
      </w:r>
    </w:p>
    <w:p>
      <w:pPr>
        <w:pStyle w:val="ListBullet"/>
      </w:pPr>
      <w:r>
        <w:t>Never invent accomplishments, credentials, metrics, jobs, dates, or references.</w:t>
      </w:r>
    </w:p>
    <w:p>
      <w:pPr>
        <w:pStyle w:val="ListBullet"/>
      </w:pPr>
      <w:r>
        <w:t>Review every tailored resume against your original work history.</w:t>
      </w:r>
    </w:p>
    <w:p>
      <w:pPr>
        <w:pStyle w:val="ListBullet"/>
      </w:pPr>
      <w:r>
        <w:t>Do not paste private employer data, customer data, or confidential documents into unapproved AI systems.</w:t>
      </w:r>
    </w:p>
    <w:p>
      <w:pPr>
        <w:pStyle w:val="ListBullet"/>
      </w:pPr>
      <w:r>
        <w:t>Use AI research as a starting map; open and read source material before relying on it.</w:t>
      </w:r>
    </w:p>
    <w:p>
      <w:pPr>
        <w:pStyle w:val="Heading1"/>
      </w:pPr>
      <w:r>
        <w:t>A simple prompt formula</w:t>
      </w:r>
    </w:p>
    <w:p>
      <w:r>
        <w:t>Give AI four ingredients: the task, the audience, the constraints, and the desired format. Example: “Help me create [TASK] for [AUDIENCE]. Use these facts and constraints: [DETAILS]. Return it as [FORMAT]. Clearly label anything I should verify.”</w:t>
      </w:r>
    </w:p>
    <w:p>
      <w:pPr>
        <w:pStyle w:val="Heading1"/>
      </w:pPr>
      <w:r>
        <w:t>Next useful stops on CYBERSIDE.AI</w:t>
      </w:r>
    </w:p>
    <w:p>
      <w:r>
        <w:t>• AI Tool Finder: cyberside.ai/ai-tool-finder.html</w:t>
        <w:br/>
        <w:t>• Start Here Quiz: cyberside.ai/start-here.html</w:t>
        <w:br/>
        <w:t>• Prompt Lab: cyberside.ai/prompt-lab.html</w:t>
        <w:br/>
        <w:t>• AI Safety Center: cyberside.ai/ai-safety.html</w:t>
      </w:r>
    </w:p>
    <w:p>
      <w:r>
        <w:t>Educational guidance only. Verify high-stakes, current, legal, medical, financial, and safety-critical information with qualified professionals or authoritative sources.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3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