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ptos Display" w:hAnsi="Aptos Display"/>
          <w:b/>
          <w:color w:val="007997"/>
          <w:sz w:val="44"/>
        </w:rPr>
        <w:t>CYBERSIDE.AI</w:t>
      </w:r>
    </w:p>
    <w:p>
      <w:pPr>
        <w:jc w:val="center"/>
      </w:pPr>
      <w:r>
        <w:rPr>
          <w:rFonts w:ascii="Aptos Display" w:hAnsi="Aptos Display"/>
          <w:b/>
          <w:color w:val="0C1F35"/>
          <w:sz w:val="52"/>
        </w:rPr>
        <w:t>100 Beginner-Friendly AI Prompts</w:t>
      </w:r>
    </w:p>
    <w:p>
      <w:pPr>
        <w:jc w:val="center"/>
      </w:pPr>
      <w:r>
        <w:rPr>
          <w:rFonts w:ascii="Aptos" w:hAnsi="Aptos"/>
          <w:color w:val="474747"/>
          <w:sz w:val="24"/>
        </w:rPr>
        <w:t>A practical prompt pack for new AI users, lifelong learners, and everyday tasks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1F6FA"/>
          </w:tcPr>
          <w:p>
            <w:r>
              <w:rPr>
                <w:rFonts w:ascii="Aptos" w:hAnsi="Aptos"/>
                <w:b/>
                <w:color w:val="0F576E"/>
                <w:sz w:val="24"/>
              </w:rPr>
              <w:t>How to use this pack</w:t>
            </w:r>
          </w:p>
          <w:p>
            <w:pPr>
              <w:pStyle w:val="ListBullet"/>
            </w:pPr>
            <w:r>
              <w:rPr>
                <w:rFonts w:ascii="Aptos" w:hAnsi="Aptos"/>
                <w:sz w:val="21"/>
              </w:rPr>
              <w:t>1. Copy a prompt that matches what you want to do.</w:t>
            </w:r>
          </w:p>
          <w:p>
            <w:pPr>
              <w:pStyle w:val="ListBullet"/>
            </w:pPr>
            <w:r>
              <w:rPr>
                <w:rFonts w:ascii="Aptos" w:hAnsi="Aptos"/>
                <w:sz w:val="21"/>
              </w:rPr>
              <w:t>2. Replace the words inside [BRACKETS] with your own details.</w:t>
            </w:r>
          </w:p>
          <w:p>
            <w:pPr>
              <w:pStyle w:val="ListBullet"/>
            </w:pPr>
            <w:r>
              <w:rPr>
                <w:rFonts w:ascii="Aptos" w:hAnsi="Aptos"/>
                <w:sz w:val="21"/>
              </w:rPr>
              <w:t>3. Read the response critically. For medical, legal, financial, safety, or major purchase decisions, verify important information with qualified professionals or primary sources.</w:t>
            </w:r>
          </w:p>
          <w:p>
            <w:pPr>
              <w:pStyle w:val="ListBullet"/>
            </w:pPr>
            <w:r>
              <w:rPr>
                <w:rFonts w:ascii="Aptos" w:hAnsi="Aptos"/>
                <w:sz w:val="21"/>
              </w:rPr>
              <w:t>4. Ask a follow-up such as: “Make this simpler,” “Give me examples,” or “Turn this into a checklist.”</w:t>
            </w:r>
          </w:p>
        </w:tc>
      </w:tr>
    </w:tbl>
    <w:p/>
    <w:p>
      <w:r>
        <w:rPr>
          <w:rFonts w:ascii="Aptos" w:hAnsi="Aptos"/>
          <w:color w:val="505050"/>
          <w:sz w:val="19"/>
        </w:rPr>
        <w:t>Works well with most mainstream AI assistants, including ChatGPT, Claude, Gemini, Microsoft Copilot, Perplexity, and similar tools.</w:t>
      </w:r>
    </w:p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Getting Started &amp; Everyday Help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1. Explain It Simply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Understand any topic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Explain [TOPIC] to me as if I am new to it. Use plain English, define unfamiliar words, give a simple example, and end with three key things to remember.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2. Make a Simple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Turn an idea into next steps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make a simple step-by-step plan for [GOAL]. Assume I am a beginner. Include the first three actions I should take, what I may need, and common mistakes to avoid.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3. Compare Two Options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a confident choice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Compare [OPTION A] and [OPTION B] for someone who wants [GOAL]. Use a simple table with cost, ease of use, pros, cons, and your recommendation.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4. Turn Notes Into a Checklist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Organize scattered information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Turn these notes into a clean checklist with the items in the best order: [PASTE NOTES]. Keep the wording short and practical.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5. Friendly Decision Helper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Work through a personal decision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think through this decision: [DECISION]. Ask me up to five useful questions first. Then summarize the choices, tradeoffs, and a reasonable next step.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Getting Started &amp; Everyday Help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6. Summarize a Long Message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Get the point quickly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Summarize the following in plain English. Give me: 1) the main point, 2) important details, 3) anything I should do next: [PASTE TEXT].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7. Create a Daily To-Do List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Plan a calmer day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Make a realistic to-do list for today. My available time is [TIME AVAILABLE], and my priorities are [PRIORITIES]. Put the most important tasks first and include breaks.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8. Learn a New Word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Build vocabulary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Teach me the meaning of [WORD OR PHRASE]. Give a plain-language definition, two examples, a memory trick, and a short quiz question.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9. Brainstorm Ideas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Generate options without pressure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15 practical ideas for [TOPIC]. Group them from easiest to most ambitious. Keep the ideas realistic for a beginner with a small budget.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10. Ask Better Follow-Up Questions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Keep learning after an answer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 received this answer: [PASTE ANSWER]. Give me 10 smart follow-up questions I could ask to understand the topic better or make a decision.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Writing, Email &amp; Communication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11. Polish an Email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an email clear and professional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Rewrite this email so it sounds friendly, clear, and professional. Keep it in my voice and do not make it overly formal: [PASTE EMAIL].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12. Write a Short Email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Start from a blank page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short email to [PERSON OR GROUP] about [PURPOSE]. Include a clear subject line. Keep it warm, respectful, and easy to read.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13. Thank-You Note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Show appreciation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sincere thank-you note to [PERSON] for [WHAT THEY DID]. Make it personal, warm, and about 100 words.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14. Text Message Draft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Say it simply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short text message to [PERSON] about [TOPIC]. Make it polite, natural, and no more than 4 sentences.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15. Improve My Letter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a letter easier to understand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Improve this letter for clarity and tone. Preserve the facts and meaning, but make it organized and easy to read: [PASTE LETTER].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Writing, Email &amp; Communication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16. Meeting Agenda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Prepare for a useful conversation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agenda for a [LENGTH]-minute meeting about [TOPIC]. Include goals, discussion points, decisions needed, and next steps.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17. Conversation Practice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Prepare for a tough talk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practice a conversation with [PERSON] about [TOPIC]. Show a calm opening statement, likely responses they may give, and respectful ways I can reply.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18. Write a Review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Create a fair review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balanced online review for [BUSINESS OR PRODUCT]. My experience was: [DETAILS]. Keep it honest, specific, and respectful.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19. Plain-English Rewrite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jargon understandable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Rewrite the following so a regular person can understand it. Avoid jargon and keep the meaning accurate: [PASTE TEXT].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20. Create a Friendly Announcement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Share news with others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short announcement about [NEWS OR EVENT] for [AUDIENCE]. Make it upbeat, clear, and include the essential details: who, what, when, where, and what to do next.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Learning &amp; Research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21. Study Guide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Learn a subject in manageable pieces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beginner-friendly study guide for [TOPIC]. Break it into five lessons, explain what to learn in each, and include a short practice activity.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22. Explain a News Story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Understand what happened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Explain this news story in plain English: [PASTE STORY OR LINK TEXT]. Tell me what happened, why it matters, what is confirmed, and what is still uncertain.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23. Research Starter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Begin a topic safely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 want to learn about [TOPIC]. Give me a beginner research plan with important questions, reliable source types to look for, search terms to use, and warning signs of unreliable information.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24. Quiz Me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Check what you remember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Teach me [TOPIC] using a short quiz. Ask one question at a time, wait for my answer, tell me whether I am right, and explain the answer simply.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25. Make Flashcards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Study efficiently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20 simple flashcards about [TOPIC]. Put the question on one line and the answer on the next. Focus on the most useful basics.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Learning &amp; Research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26. Teach Me Step by Step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Learn a practical skill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Teach me how to [SKILL] step by step. Assume I am a beginner. Include what I need before starting, safety notes, common mistakes, and a simple practice exercise.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27. Fact Check a Claim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Check something before sharing it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evaluate this claim: [CLAIM]. Tell me what evidence would support or weaken it, what reputable sources I should check, and whether the wording sounds misleading.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28. Create a Timeline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Understand events in order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timeline of the important events in [TOPIC OR PERIOD]. Include dates when useful and a one-sentence explanation for each event.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29. Explain a Chart or Table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Decode information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Explain this chart, table, or data in plain English: [PASTE DATA OR DESCRIPTION]. Tell me the main pattern, unusual items, limits of the data, and what questions I should ask next.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30. Vocabulary Builder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Learn useful terms in context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15 important beginner terms for [TOPIC]. For each, provide a plain-English definition and a short example.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Home, Family &amp; Everyday Life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31. Meal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Plan simple meals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[NUMBER]-day meal plan for [NUMBER] people. My preferences or limits are [DETAILS]. Include an easy grocery list and keep recipes beginner-friendly.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32. Grocery List From Recipes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Shop with less waste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Turn these meal ideas into a grocery list organized by store section: [PASTE MEAL IDEAS]. Include approximate amounts and combine duplicate ingredients.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33. Household Cleaning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cleaning manageable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practical cleaning plan for my [HOME OR ROOM]. I have [TIME AVAILABLE]. Divide it into quick tasks, weekly tasks, and monthly tasks.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34. Packing List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Avoid forgetting essentials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Make a packing list for a [LENGTH] trip to [DESTINATION] during [SEASON]. Include clothing, toiletries, documents, medications, electronics, and optional comfort items.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35. Gift Ideas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Find meaningful gifts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Suggest 20 thoughtful gift ideas for a [AGE OR RELATIONSHIP] who enjoys [INTERESTS]. My budget is [BUDGET]. Include a mix of simple, practical, and personal ideas.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Home, Family &amp; Everyday Life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36. Family Activity Ideas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Find something enjoyable to do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20 low-cost activity ideas for [GROUP] in or near [LOCATION]. Consider [WEATHER/AGES/MOBILITY NEEDS]. Sort them by indoors, outdoors, and at-home.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37. Organize Photos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Turn a photo pile into a system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create a simple system to organize my digital photos. I use [PHONE/COMPUTER/SERVICE]. Give me folders, naming ideas, a backup plan, and a monthly routine.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38. Home Project Planner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Prepare before starting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plan this home project: [PROJECT]. Give me a materials list, estimated difficulty, safety reminders, a step-by-step outline, and questions to ask a professional if needed.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39. Holiday Planner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Reduce holiday stress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plan for [HOLIDAY OR EVENT]. Include a timeline, shopping list, food ideas, budget checkpoints, and a short list of things I can delegate.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40. Personal Story Questions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Preserve family memories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30 gentle interview questions I can ask a parent, grandparent, or loved one to preserve their life stories and family memories.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Health, Wellness &amp; Fitness Support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41. Healthy Habit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Build a small routine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build one healthy habit around [GOAL]. Make it realistic, small, and easy to track for 30 days. Include a backup plan for days when motivation is low.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42. Doctor Appointment Questions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Prepare for a medical visit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prepare questions for my doctor about [TOPIC OR SYMPTOMS]. Organize them by symptoms, possible causes, tests, treatment options, medications, and what to watch for. Do not diagnose me.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43. Medication Reminder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Create a routine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create a safe reminder routine for medications or supplements I already take. My schedule is [DETAILS]. Include simple reminder methods and a checklist I can discuss with my pharmacist or doctor.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44. Easy Exercise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Start moving carefully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beginner exercise plan for [GOAL] that fits [TIME AVAILABLE] and [LIMITATIONS]. Include a gentle warm-up, simple activities, rest days, and safety reminders. Tell me to check with a clinician for any new or concerning symptoms.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45. Sleep Routine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Create better wind-down habits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create a calming bedtime routine. I want to wake up at [TIME] and usually struggle with [ISSUE]. Give me a simple evening schedule and a few low-effort improvements.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Health, Wellness &amp; Fitness Support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46. Food Label Helper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Understand nutrition labels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Teach me how to read a nutrition label for [GOAL, SUCH AS LOWER SODIUM OR MORE PROTEIN]. Explain which parts matter most and what numbers to compare.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47. Stress Reset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Take a short break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a five-minute stress-reset routine I can do right now. Keep it simple, gentle, and practical. Include breathing, posture, and one small next action.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48. Symptom Journal Template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Track patterns for a clinician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symptom journal template for [SYMPTOM OR CONDITION]. Include date, time, severity, possible triggers, food, sleep, medication, and notes. Make it easy to print or copy into a phone note.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49. Questions About a Health Article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Read health claims more carefully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review this health article or claim: [PASTE TEXT]. Separate what is known, uncertain, exaggerated, and what I should discuss with a qualified clinician.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50. Motivation Message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Stay encouraged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kind, realistic encouragement message for someone trying to improve [HEALTH OR WELLNESS GOAL]. Avoid guilt and focus on small progress.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Money, Shopping &amp; Everyday Decisions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51. Simple Budget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a clear monthly plan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create a simple monthly budget. My take-home income is [AMOUNT], and my regular expenses are [LIST]. Organize it into needs, savings/debt, and wants. Point out any gaps without judgment.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52. Compare Purchases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Choose a product wisely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Compare these products or services: [OPTIONS]. My priorities are [BUDGET, FEATURES, RELIABILITY, ETC.]. Use a simple table and recommend the best value for my needs.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53. Subscription Audit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Find recurring costs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make a subscription audit checklist. Include common subscriptions people forget, questions to ask, and a simple table I can fill in with cost, renewal date, and whether to keep it.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54. Save Money on a Project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Find practical alternatives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 need to do [PROJECT OR PURCHASE] with a budget of [AMOUNT]. Suggest ways to reduce cost without sacrificing safety or quality. Separate DIY ideas from things better handled by a professional.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55. Estimate Questions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Prepare for contractor quotes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 need estimates for [PROJECT]. Give me a list of questions to ask contractors, details to get in writing, warning signs, and a simple way to compare quotes.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Money, Shopping &amp; Everyday Decisions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56. Negotiate Politely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Ask for a better deal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polite message asking [BUSINESS OR PERSON] whether there is any flexibility on the price of [ITEM OR SERVICE]. Keep it respectful and not pushy.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57. Organize Receipts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Track purchases for records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set up a simple way to organize receipts for [PURPOSE]. Include categories, folder names, what information to record, and a monthly routine.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58. Understand a Bill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Decode charges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Explain this bill or statement in plain English: [PASTE TEXT]. Identify the main charges, due date, questions I should ask, and anything that looks unusual. Do not make assumptions beyond the information shown.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59. Gift Budget Planner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Spend thoughtfully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create a gift budget for [OCCASION]. I need to buy for [NUMBER] people and my total budget is [AMOUNT]. Suggest fair budget ranges and simple gift ideas.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60. Price Tracking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Buy at the right time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plan to track the price of [PRODUCT]. Include where to look, how often to check, what a good target price might be based on my budget, and how to avoid impulse buying.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Technology &amp; Digital Confidence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61. Explain a Tech Setting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Understand a device option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Explain what this technology setting does in plain English: [SETTING OR SCREENSHOT TEXT]. Tell me what changes if I turn it on or off, who should use it, and any cautions.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62. Troubleshoot a Device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Start with safe basic checks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troubleshoot this problem with my [DEVICE OR APP]: [PROBLEM]. Give the safest and easiest checks first. Ask me for any important details you need, and do not suggest risky changes without explaining them.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63. Learn an App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Get comfortable with a new tool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Teach me the basics of using [APP OR WEBSITE] for [GOAL]. Give me a beginner setup checklist, the five most useful features, and a small practice task.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64. Create Strong Password Habits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Improve account security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create a practical password and account-security plan. Explain password managers, unique passwords, two-factor authentication, backup codes, and how to start without feeling overwhelmed.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65. Spot a Scam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Evaluate a suspicious message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Review this message, email, text, or website description for scam warning signs: [PASTE TEXT]. Explain the red flags, what not to do, safe ways to verify it, and what steps to take if I already responded.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Technology &amp; Digital Confidence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66. Clean Up My Computer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Improve organization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a safe, beginner-friendly plan to clean up and organize my computer files. Include backups, folders, downloads, duplicate files, updates, and what not to delete.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67. Phone Photo Backup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Protect important memories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set up a simple backup plan for photos on my [PHONE TYPE]. Explain at least two backup options, how to confirm they are working, and a monthly checkup routine.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68. Digital Privacy Checkup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Review common privacy settings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plain-English privacy checkup for my phone, computer, email, and social media. Focus on the most important settings and explain why each one matters.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69. Write a Better Search Query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Find better answers online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 am trying to find reliable information about [TOPIC]. Give me 10 strong search queries I can copy into a search engine, including versions for official sources, reviews, and beginner explanations.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70. Technology Glossary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Translate technical words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plain-English glossary of 20 terms related to [TECH TOPIC]. Include a one-sentence explanation and a simple everyday analogy for each.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Creativity, Hobbies &amp; Personal Projects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71. Writing Idea Generator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Kick-start a creative project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20 creative ideas for a [STORY/POEM/PROJECT] about [TOPIC]. Include a mix of easy, funny, heartfelt, and unusual ideas.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72. Plan a Family History Project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Preserve memories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plan a family-history project using photos, stories, and documents. Give me a step-by-step starter plan, questions to ask relatives, and ways to back up the results.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73. Photo Caption Writer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Add meaningful captions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10 warm photo-caption ideas for a picture showing [DESCRIPTION]. Keep them natural, not overly sentimental, and suitable for social media or a family album.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74. Beginner Garden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Start with manageable plants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plan a beginner garden for [LOCATION AND SUN CONDITIONS]. Suggest easy plants, a simple layout, watering guidance, and a monthly task list.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75. Recipe From Ingredients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Use what is already at home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 have these ingredients: [LIST]. Suggest three simple meals I can make, including substitutions, cooking steps, and how long each will take.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Creativity, Hobbies &amp; Personal Projects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76. Learn a Hobby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Start without getting overwhelmed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begin [HOBBY]. Give me the minimum equipment needed, a first-week practice plan, beginner mistakes to avoid, and a few free learning resources to look for.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77. Plan a Celebration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Create a simple event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plan a [BIRTHDAY/ANNIVERSARY/GET-TOGETHER] for [NUMBER] people. My budget is [AMOUNT] and my style is [CASUAL/FORMAL/etc.]. Give me theme ideas, a timeline, food ideas, and a checklist.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78. DIY Project Brainstorm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Find useful projects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15 beginner-friendly DIY projects for [HOME/ROOM/GARDEN]. Include estimated cost, tools needed, time required, and skill level.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79. Create a Personal Journal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Reflect with structure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Give me 30 simple journal prompts for someone who wants to reflect on life, gratitude, memories, goals, and everyday moments. Keep the questions gentle and easy to answer.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80. Make a Reading List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Find the next good book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Recommend 15 books for someone who enjoys [GENRES OR AUTHORS]. Group them by mood or difficulty and give a one-sentence reason for each.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Travel, Events &amp; Planning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81. Trip Itinerary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Build a flexible travel plan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[NUMBER]-day itinerary for [DESTINATION]. My interests are [INTERESTS], my budget is [BUDGET], and my pace is [RELAXED/MODERATE/BUSY]. Include realistic travel time and rest breaks.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82. Road Trip Planner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Prepare for driving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plan a road trip from [START] to [DESTINATION]. Include suggested stops, approximate driving blocks, fuel/charging planning, what to pack, and safety checks before leaving.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83. Event Checklist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Stay organized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complete checklist for hosting or attending [EVENT]. Include what to do one month before, one week before, the day before, and the day of the event.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84. Restaurant Decision Helper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Choose a place everyone can enjoy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choose a restaurant for [GROUP] in [LOCATION]. Our preferences are [BUDGET, FOOD, ACCESSIBILITY, ETC.]. Give me criteria to compare options and questions to check before booking.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85. Travel Packing By Weather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Pack smarter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packing list for [DESTINATION] during [DATES/SEASON]. Consider likely weather, planned activities, medications, travel documents, and comfort items.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Travel, Events &amp; Planning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86. Plan a Day Out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the most of a free day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Plan a relaxing day in or near [LOCATION] for [PERSON OR GROUP]. Include a morning, afternoon, and evening option, plus a low-cost backup if the weather changes.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87. Accessible Travel Questions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Plan with comfort and mobility in mind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prepare for travel with these accessibility or comfort needs: [DETAILS]. Give me questions to ask hotels, airlines, venues, and transportation providers.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88. Create a Party Menu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Feed a group simply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menu for [EVENT] with [NUMBER] guests. Include appetizers, main dish options, sides, dessert, drinks, and a grocery list. Consider [DIETARY NEEDS].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89. Compare Lodging Options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Choose a stay that fits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Compare these lodging options: [OPTIONS]. My priorities are [PRICE, LOCATION, QUIET, ACCESSIBILITY, PARKING, ETC.]. Give me a table and a recommendation.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90. Weekend Project Plan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Use a weekend well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plan a satisfying weekend around [GOALS]. I have [TIME] available and want a balance of chores, fun, rest, and one meaningful task.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Work, Small Business &amp; Career  |  Part 1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91. Resume Improvement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Make experience easier to see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Improve this resume section for clarity and impact. Keep it truthful, use simple professional language, and highlight results where possible: [PASTE TEXT].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92. Cover Letter Starter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Create a tailored application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short cover letter for a [JOB TITLE] position at [COMPANY]. Use my experience below and keep it genuine, not exaggerated: [PASTE EXPERIENCE].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93. Interview Practice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Prepare clear examples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Act as an interviewer for a [JOB TITLE] role. Ask me one question at a time, wait for my answer, then give friendly feedback and help me improve it.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94. Small Business Social Post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Create a helpful local post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five social media posts for my small business, [BUSINESS TYPE], about [TOPIC OR OFFER]. Keep them helpful, local-friendly, and not overly salesy. Include a gentle call to action.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95. Customer Reply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Respond professionally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calm, helpful response to this customer message: [PASTE MESSAGE]. My business is [BUSINESS TYPE]. Aim to solve the issue while protecting the relationship.</w:t>
            </w:r>
          </w:p>
        </w:tc>
      </w:tr>
    </w:tbl>
    <w:p/>
    <w:p>
      <w:r>
        <w:br w:type="page"/>
      </w:r>
    </w:p>
    <w:p>
      <w:r>
        <w:rPr>
          <w:rFonts w:ascii="Aptos Display" w:hAnsi="Aptos Display"/>
          <w:b/>
          <w:color w:val="0C1F35"/>
          <w:sz w:val="36"/>
        </w:rPr>
        <w:t>Work, Small Business &amp; Career  |  Part 2 of 2</w:t>
      </w:r>
    </w:p>
    <w:p>
      <w:r>
        <w:rPr>
          <w:rFonts w:ascii="Aptos" w:hAnsi="Aptos"/>
          <w:color w:val="5A5A5A"/>
          <w:sz w:val="19"/>
        </w:rPr>
        <w:t>Copy a prompt, replace the bracketed details, and make it your own.</w:t>
      </w:r>
    </w:p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96. Service Description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Explain what a business offers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clear website description for [SERVICE]. Explain who it helps, what is included, why it matters, and how customers can get started. Keep it easy to understand.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97. Business Idea Check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Pressure-test an idea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Help me evaluate this small-business idea: [IDEA]. List the likely customer, problem solved, startup needs, competition questions, simple first test, and possible risks.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98. Create an SOP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Document a repeatable process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Create a simple step-by-step standard operating procedure for [TASK]. Include purpose, tools needed, steps, quality checks, and what to do if something goes wrong.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99. Meeting Notes to Actions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Turn discussion into progress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Turn these meeting notes into an action list. For each item, include the task, owner if stated, deadline if stated, and any unanswered question: [PASTE NOTES].</w:t>
            </w:r>
          </w:p>
        </w:tc>
      </w:tr>
    </w:tbl>
    <w:p/>
    <w:p>
      <w:pPr>
        <w:spacing w:before="120" w:after="40"/>
      </w:pPr>
      <w:r>
        <w:rPr>
          <w:rFonts w:ascii="Aptos" w:hAnsi="Aptos"/>
          <w:b/>
          <w:color w:val="0F576E"/>
          <w:sz w:val="24"/>
        </w:rPr>
        <w:t>100. Professional Bio</w:t>
      </w:r>
    </w:p>
    <w:p>
      <w:pPr>
        <w:spacing w:after="40"/>
      </w:pPr>
      <w:r>
        <w:rPr>
          <w:rFonts w:ascii="Aptos" w:hAnsi="Aptos"/>
          <w:b/>
          <w:color w:val="5C5C5C"/>
          <w:sz w:val="19"/>
        </w:rPr>
        <w:t>Best for: Introduce yourself well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AF7FA"/>
          </w:tcPr>
          <w:p>
            <w:pPr>
              <w:spacing w:after="0"/>
            </w:pPr>
            <w:r>
              <w:rPr>
                <w:rFonts w:ascii="Aptos" w:hAnsi="Aptos"/>
                <w:color w:val="1E1E1E"/>
                <w:sz w:val="21"/>
              </w:rPr>
              <w:t>Write a short professional bio for [NAME OR ROLE]. Include experience, strengths, interests, and a friendly human touch. Make versions of 50 words, 100 words, and 200 words.</w:t>
            </w:r>
          </w:p>
        </w:tc>
      </w:tr>
    </w:tbl>
    <w:p/>
    <w:p>
      <w:r>
        <w:rPr>
          <w:rFonts w:ascii="Aptos" w:hAnsi="Aptos"/>
          <w:b/>
          <w:color w:val="0F576E"/>
          <w:sz w:val="21"/>
        </w:rPr>
        <w:t xml:space="preserve">A sensible AI habit: </w:t>
      </w:r>
      <w:r>
        <w:rPr>
          <w:rFonts w:ascii="Aptos" w:hAnsi="Aptos"/>
          <w:color w:val="373737"/>
          <w:sz w:val="21"/>
        </w:rPr>
        <w:t>AI can help you think, write, organize, and learn. It can still make mistakes, miss context, or sound confident when it should not. Treat it like a very fast helper—not the final authority.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46464"/>
        <w:sz w:val="16"/>
      </w:rPr>
      <w:t>Cyberside AI Prompt Pack | Adapt prompts to your situation; verify important information.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007997"/>
        <w:sz w:val="16"/>
      </w:rPr>
      <w:t>CYBERSIDE.AI | PRACTICAL AI COMMAND CENTER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